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UI DESIGNER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UI Designer with 7+ years crafting accessible interfaces and scalable design systems for data-rich web and mobile products. Connects visual hierarchy, interaction states, and production-ready specifications to consistent experiences and faster delivery.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UI Designer</w:t>
      </w:r>
      <w:r>
        <w:rPr>
          <w:rFonts w:ascii="Arial" w:hAnsi="Arial"/>
          <w:color w:val="666666"/>
          <w:sz w:val="16"/>
        </w:rPr>
        <w:tab/>
        <w:t>Jan 2023 - Present</w:t>
        <w:br/>
      </w:r>
      <w:r>
        <w:rPr>
          <w:rFonts w:ascii="Arial" w:hAnsi="Arial"/>
          <w:b/>
          <w:sz w:val="18"/>
        </w:rPr>
        <w:t>Shopify, Toronto, Canada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merchant analytics interfaces used by 420,000 stores, improving insight-to-action completion 19%.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Expanded a token-based design system to 64 components and 310 variants, reducing custom UI production 37%.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responsive, error, loading, and empty states for 22 workflows, cutting implementation clarification cycles 41%.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accessibility specialists to raise audited WCAG 2.2 AA conformance from 84% to 98%.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high-fidelity prototypes for executive reviews, resolving navigation and density trade-offs before engineering began.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UI Designer</w:t>
      </w:r>
      <w:r>
        <w:rPr>
          <w:rFonts w:ascii="Arial" w:hAnsi="Arial"/>
          <w:color w:val="666666"/>
          <w:sz w:val="16"/>
        </w:rPr>
        <w:tab/>
        <w:t>May 2020 - Dec 2022</w:t>
        <w:br/>
      </w:r>
      <w:r>
        <w:rPr>
          <w:rFonts w:ascii="Arial" w:hAnsi="Arial"/>
          <w:b/>
          <w:sz w:val="18"/>
        </w:rPr>
        <w:t>Canva,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editor patterns for tables and charts, increasing successful visualization publishing 15% across 9M monthly creators.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Figma libraries and contribution guidelines adopted by eight product squads across web and mobile.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visual-quality reviews with engineers, reducing post-release interface defects 29% over four quarters.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localization-ready components for 12 languages, resolving truncation and bidirectional-layout risks before release.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Produced motion and interaction specifications that improved consistency across 17 high-frequency editing actions.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Reviewed implementation in staging and documented reusable visual decisions for subsequent product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component adoption with design operations, retiring nine redundant patterns and simplifying contribution reviews.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Visual Designer</w:t>
      </w:r>
      <w:r>
        <w:rPr>
          <w:rFonts w:ascii="Arial" w:hAnsi="Arial"/>
          <w:color w:val="666666"/>
          <w:sz w:val="16"/>
        </w:rPr>
        <w:tab/>
        <w:t>Aug 2017 - Apr 2020</w:t>
        <w:br/>
      </w:r>
      <w:r>
        <w:rPr>
          <w:rFonts w:ascii="Arial" w:hAnsi="Arial"/>
          <w:b/>
          <w:sz w:val="18"/>
        </w:rPr>
        <w:t>Intuit,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tax-preparation guidance and validation states, reducing avoidable correction loops 13%.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icon, color, typography, and density standards used across five small-business product areas.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Delivered production assets and annotated specifications with 96% on-time engineering acceptance.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reusable dashboard templates that reduced design setup time for new reporting surfaces by 30%.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Visual design | UI design | Design systems | Figma | Component libraries | Design tokens | Responsive design | Accessibility | Prototyping | Interaction states | Typography | Information hierarchy | Developer handoff | Visual QA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B.F.A. in Graphic Design, Rhode Island School of Design, Providence, RI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Certified Professional in Accessibility Core Competencies | Figma Design Systems Certificate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UI Designer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