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TECHNICAL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Technical Product Manager with 9+ years of experience leading API, platform, and developer-tool products at Amazon, Cloudflare, and Twilio. Translates architecture constraints and customer workflows into reliable roadmaps, adoption growth, and lower operating cost.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Technical Product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Amazon,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roadmap for an internal API platform processing 9.2B requests per day, improving service onboarding time 43% across 180 engineering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versioning, authentication, rate-limit, and observability requirements with principal engineers, reducing breaking changes 61% year over year.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reliability investments using incident frequency and customer impact, raising availability from 99.91% to 99.98% while protecting roadmap capacity.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self-service developer documentation and sandbox tooling, increasing monthly active integrations 28% and cutting support tickets 32%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three-year capacity and cost model that informed $12M in infrastructure commitments and lowered unit compute cost 17% as platform demand scaled.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architecture reviews across seven service owners, resolving dependency risks six weeks before the planned migration across subsequent roadmap reviews.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Platform Product Manager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Cloudflare,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product definition for edge configuration APIs adopted by 14,000 enterprise developers, generating $24M in expansion ARR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Mapped integration failures to SDK and API design gaps, improving successful first deployment from 64% to 86% and reducing avoidable support escalations.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Security and Legal on token-scoping controls that passed enterprise review while reducing setup steps 25%.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API health metrics and release gates, cutting severity-one integration incidents 38% and making launch risk visible to service owners.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Sequenced SDK coverage for five languages using developer demand data, increasing successful enterprise integrations 19% without weakening customer guardrails.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Solutions Engineer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Twilio,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reference architectures for 70 enterprise messaging integrations, shortening proof-of-concept delivery 30%.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Converted recurring implementation issues into 22 platform requirements and influenced three roadmap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API workshops and sample applications used by 1,600 developers with a 92% satisfaction rating.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support cases from 240 accounts and proposed webhook retries that reduced failed message workflows 22%.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API product management | Technical roadmapping | Platform strategy | System design | Developer experience | REST | GraphQL | Authentication | Observability | Reliability | Cloud infrastructure | SQL | OpenAPI | SDK strategy | Agile delivery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Georgia Institute of Technology, Atlanta, GA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AWS Certified Solutions Architect - Associate | Pragmatic Institute - Foundations | Certified Scrum Product Owner (CSPO)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Technical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