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REACT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React Developer with 8+ years of experience building complex, accessible web applications at Meta, Shopify, and Airbnb. Designs scalable component architecture, predictable state, and fast user experiences that improve conversion and engineering velocity.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React | TypeScript | JavaScript | React Query | Redux Toolkit | Next.js | GraphQL | HTML | CSS | Accessibility | Core Web Vitals | Jest | Playwright | Storybook | Webpack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React Developer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Meta, Menlo Park,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Architected a React and TypeScript campaign workspace used by 2.8M advertisers, reducing median interaction latency 36% under sustained production load.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Migrated server-state handling to React Query with normalized cache keys, cutting duplicate API traffic 41% across 27 workflows and stabilizing later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54 WCAG 2.2 AA components with Storybook documentation, shortening feature assembly 29% across six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route-level code splitting and streaming SSR, improving LCP from 3.0s to 1.6s and increasing task completion 7% across subsequent production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Raised Jest and Playwright coverage from 64% to 89%, reducing escaped UI defects 33% over four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visual-regression and accessibility gates in CI, preventing 46 customer-facing defects from reaching production in one year.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React Developer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Shopify, Ottawa, Canada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Rebuilt merchant inventory workflows with React hooks and GraphQL, improving bulk-edit completion 18% across 62,000 stores without customer-facing service disruption.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typed form and validation primitives that eliminated 46 repeated implementations and cut form-related defects 27% for the primary on-call rotation.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Optimized list virtualization for catalogs exceeding 100,000 items, reducing browser memory use 48%.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Design to establish responsive and accessibility acceptance criteria for 19 checkout extensions.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Frontend Engineer II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8"/>
        </w:rPr>
        <w:t>Airbnb,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React booking interfaces for 11 locales, increasing mobile reservation completion 10%.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Converted 31 class components to hooks with regression tests, reducing related maintenance issues 24%.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Frontend Engineer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8"/>
        </w:rPr>
        <w:t>Airbnb,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analytics schemas for search and checkout, raising trusted funnel-event coverage from 72% to 96%.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visual regression tests across 130 responsive states, catching 35 layout failures before production.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Carnegie Mellon University, Pittsburgh, PA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Meta Front-End Developer Professional Certificate | Testing JavaScript Applications | IAAP Accessibility Fundamentals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React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