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PROJECT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Project Manager with 9+ years of experience delivering enterprise technology and operations initiatives at Amazon, Microsoft, and IBM. Controls scope, schedule, budget, risk, vendors, and stakeholder decisions to produce measurable business outcomes.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Project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Amazon, Seattle,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Delivered a $28M fulfillment automation portfolio across 14 sites, reaching operational readiness six weeks early and 4% under budget through the next steering review.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integrated schedules across Engineering, Construction, Operations, Safety, and 11 vendors, improving milestone attainment from 76% to 94%.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RAID reviews and quantified contingency triggers, retiring 83% of high-severity risks before deployment.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Negotiated vendor recovery plans after a 10-week equipment delay, preserving the committed launch date without reducing acceptance coverage in delivery.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executive cost, schedule, and benefit dashboards that shortened steering decisions from nine days to three.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Project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Microsoft, Redmond,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Managed migration of 38 finance applications to Azure for 7,200 users, completing cutover with 99.6% transaction reconciliation across accountable delivery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Controlled a $12M budget and 160-person resource plan, limiting final cost variance to 2.1%.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Ran dependency and change control across six workstreams, reducing unplanned scope additions 34%.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training and adoption plans that achieved 91% active use within 60 days of rollout.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Project Manager</w:t>
      </w:r>
      <w:r>
        <w:rPr>
          <w:rFonts w:ascii="Arial" w:hAnsi="Arial"/>
          <w:color w:val="666666"/>
          <w:sz w:val="16"/>
        </w:rPr>
        <w:tab/>
        <w:t>Jan 2018 - Apr 2019</w:t>
        <w:br/>
      </w:r>
      <w:r>
        <w:rPr>
          <w:rFonts w:ascii="Arial" w:hAnsi="Arial"/>
          <w:b/>
          <w:sz w:val="18"/>
        </w:rPr>
        <w:t>IBM, Chicago, IL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ERP deployment across four business units and 23 interfaces with zero severity-one launch defects.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Maintained earned-value reporting that surfaced a 7% schedule variance and enabled a six-week recovery plan.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Project Coordinator</w:t>
      </w:r>
      <w:r>
        <w:rPr>
          <w:rFonts w:ascii="Arial" w:hAnsi="Arial"/>
          <w:color w:val="666666"/>
          <w:sz w:val="16"/>
        </w:rPr>
        <w:tab/>
        <w:t>Aug 2016 - Dec 2017</w:t>
        <w:br/>
      </w:r>
      <w:r>
        <w:rPr>
          <w:rFonts w:ascii="Arial" w:hAnsi="Arial"/>
          <w:b/>
          <w:sz w:val="18"/>
        </w:rPr>
        <w:t>IBM, Chicago, IL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Facilitated requirements and acceptance workshops with 48 stakeholders, closing 92% of decisions on schedule.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Standardized status and issue reporting, saving workstream leads 260 hours per quarter.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Project planning | Schedule management | Budget control | Risk management | RAID logs | Change control | Vendor management | Resource planning | Stakeholder communication | Agile | Waterfall | Jira | Microsoft Project | Smartsheet | Executive reporting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Project Management Professional (PMP) | Certified ScrumMaster (CSM) | PMI Agile Certified Practitioner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Industrial Engineering, Purdue University, West Lafayette, IN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Project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