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NODE.JS DEVELOPER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Node.js Developer with 8+ years delivering TypeScript APIs, real-time services, and resilient integrations for SaaS platforms. Designs observable event-driven systems that handle high concurrency while keeping deployment and operational complexity under control.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Node.js | TypeScript | JavaScript | Express | NestJS | REST APIs | GraphQL | Kafka | Redis | PostgreSQL | Jest | Docker | Kubernetes | AWS | Observability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Node.js Developer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Slack,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Architected TypeScript gateway services handling 1.8M requests per minute, improving p95 latency 38% across collaboration workflows.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event-driven presence processing with Kafka and Redis, reducing stale-status incidents 71% during traffic spikes.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schema validation and typed clients for 42 internal APIs, cutting integration defects 46% across seven teams.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Added distributed tracing and SLO alerts, reducing median production diagnosis from 54 to 19 minutes.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dependency upgrade and security-remediation cadences, reducing high-severity package exposure 68% across the service portfolio.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Node.js Developer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Twilio, Denver, CO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Developed Node.js messaging APIs serving 620M monthly requests with 99.99% availability.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Reworked queue consumers with backpressure and dead-letter handling, reducing unprocessed events 83%.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Optimized PostgreSQL access and connection pooling, lowering database CPU 29% at unchanged load.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Jest and contract-test suites for 18 services, reducing release-blocking regressions 34%.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Migrated 11 services from JavaScript to strict TypeScript without customer-facing downtime.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Documented service ownership and runbooks, increasing successful first-response remediation during on-call shifts.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Ran load tests against seasonal traffic forecasts and resolved two capacity constraints before peak demand.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Backend Developer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8"/>
        </w:rPr>
        <w:t>Box, Redwood City,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Express APIs for content workflows used by 54,000 enterprise customers, improving bulk-operation completion 17%.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Implemented OAuth scopes, rate limits, and audit events for 23 partner integrations.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Automated deployment verification and rollback checks, shortening release windows from 64 to 27 minutes.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Published API troubleshooting guides that reduced recurring partner escalation volume 21%.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Documented asynchronous failure handling and ownership, improving resolution consistency across shared integrations.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Software Engineering, Rochester Institute of Technology, Rochester, NY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OpenJS Node.js Application Developer | AWS Certified Developer – Associate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Node.js Developer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