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MOBILE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Mobile Product Manager with 8+ years of experience leading iOS and Android products at Uber, Spotify, and Airbnb. Improves activation, engagement, subscriptions, app quality, and store performance through disciplined mobile discovery and experimentation.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Mobile Product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Uber,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rider onboarding and first-trip journeys across iOS and Android in 18 markets, increasing first-week activation 13%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app-start and map-render reliability with Engineering, reducing crash-free session failures 38% and p95 launch time 1.2 seconds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permission education and progressive prompts, increasing location opt-in 17% without reducing onboarding completion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staged rollout and guardrail standards for 24 releases, reducing rollback-triggering incidents 46%.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Growth on deep-link and re-engagement journeys that recovered 680,000 monthly active riders.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Set crash-free session, startup-time, and release-health gates with Engineering, improving successful mobile sessions to 99.8% without weakening customer guardrails.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Mobile Product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Spotify, New York, NY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mobile trial and plan-selection flows, increasing subscription conversion 11% across 7.2M exposed users.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Used App Store review themes and in-product feedback to prioritize offline listening improvements, raising feature satisfaction 14 points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adaptive audio-download controls that reduced mobile data complaints 29% and support contacts 18%.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31 mobile experiments with platform-specific guardrails for crashes, latency, battery, and retention.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Combined diary studies with behavioral funnels to prioritize three mobile workflows responsible for 61% of repeat engagement across priority product workflows.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Product Manager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mobile check-in guidance for 220,000 listings, reducing day-of-arrival support contacts 16%.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Improved universal and deferred deep links across 14 campaigns, raising app-open-to-book conversion 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App Store Optimization tests for screenshots and copy, increasing qualified install conversion 12%.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Instrumented 19 booking events across iOS and Android, raising trusted mobile funnel coverage to 96%.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Mobile product strategy | iOS | Android | App analytics | App Store Optimization | Mobile experimentation | Activation | Subscriptions | Push notifications | Deep linking | Crash analytics | Firebase | Amplitude | Release management | User research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University of Southern California, Los Angeles, CA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Amplitude Product Analytics Certification | Google Mobile Experience Certification | Pragmatic Institute Foundations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Mobile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