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MOBILE APP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Mobile App Developer with 8+ years shipping reliable iOS and Android experiences for millions of users. Combines native and cross-platform architecture, API integration, performance profiling, and release discipline to improve engagement and app quality.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Swift | Kotlin | React Native | iOS | Android | Mobile architecture | REST APIs | GraphQL | Offline-first design | App performance | XCTest | Espresso | CI/CD | Analytics | Accessibility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Mobile App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Uber,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checkout architecture in Swift and Kotlin for 24M monthly riders, increasing completed trip bookings 5.4%.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modular feature boundaries and shared networking layers, reducing median build time 36% across 70 engineers.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Profiled startup, rendering, and memory paths, improving cold start from 3.1 to 1.8 seconds on mid-tier devices.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offline-safe state and retry handling for poor-network markets, reducing payment abandonment 12%.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Set crash-free session and staged-rollout gates, raising release health from 99.3% to 99.85%.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on dynamic type and screen-reader improvements, closing 89% of priority mobile accessibility findings.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Mobile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Duolingo, Pittsburgh, PA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React Native practice flows used by 8M daily learners, improving lesson completion 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Integrated GraphQL caching and background sync, reducing repeated mobile requests 41%.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experiment instrumentation and guardrails for 32 releases, increasing trustworthy event coverage to 97%.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reusable release checklists and dashboards that shortened coordinated iOS and Android launch preparation 27%.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application binary size 18% through asset, dependency, and feature-delivery changes.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Product on app-store and in-product experiments that improved return learning sessions without increasing notification volume.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iOS Developer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Square,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Swift point-of-sale workflows for 310,000 sellers, cutting refund processing time 28%.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encrypted local storage and biometric reauthentication for high-risk account actions.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Expanded XCTest and snapshot coverage across 16 payment journeys, reducing escaped mobile defects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API teams on versioned contracts that supported four backward-compatible app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Reviewed App Store telemetry and customer feedback weekly to prioritize performance and reliability fixes.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production telemetry for API, rendering, and storage failures, shortening mobile incident diagnosis 33%.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Engineering, University of Michigan, Ann Arbor, MI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Meta React Native Specialization | Associate Android Developer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Mobile App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