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MARKETING MANAGER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Marketing leader with 10+ years of experience shaping integrated growth programs for Google, Nike, and Spotify. Connects customer insight, positioning, campaign planning, budget stewardship, and cross-functional execution to grow adoption, revenue, and brand preference.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Marketing Manager</w:t>
      </w:r>
      <w:r>
        <w:rPr>
          <w:rFonts w:ascii="Arial" w:hAnsi="Arial"/>
          <w:color w:val="666666"/>
          <w:sz w:val="16"/>
        </w:rPr>
        <w:tab/>
        <w:t>Jun 2021 - Present</w:t>
        <w:br/>
      </w:r>
      <w:r>
        <w:rPr>
          <w:rFonts w:ascii="Arial" w:hAnsi="Arial"/>
          <w:b/>
          <w:sz w:val="17"/>
        </w:rPr>
        <w:t>Google, Mountain View,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Owned strategy for a $420M portfolio across six segments, increasing qualified adoption 24% year over year.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Directed a $14M integrated budget, reallocating spend to improve revenue contribution 19%.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Led go-to-market planning for four product launches across Product, Sales, Communications, and regional teams, generating 310,000 trials and $28M in influenced pipeline.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Translated research from 8,500 customers into a new messaging architecture, lifting aided consideration 11 points and campaign conversion 17% in priority segments.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Established quarterly business reviews and a shared measurement framework, reducing duplicated campaign spend 16% and improving forecast accuracy from 71% to 89%.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Led eight marketers and five agencies, raising on-time campaign delivery from 78% to 96%.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a portfolio investment model connecting audience opportunity, channel contribution, and launch readiness, giving executives a defensible basis for quarterly budget shifts.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Senior Marketing Strategist</w:t>
      </w:r>
      <w:r>
        <w:rPr>
          <w:rFonts w:ascii="Arial" w:hAnsi="Arial"/>
          <w:color w:val="666666"/>
          <w:sz w:val="16"/>
        </w:rPr>
        <w:tab/>
        <w:t>Apr 2018 - May 2021</w:t>
        <w:br/>
      </w:r>
      <w:r>
        <w:rPr>
          <w:rFonts w:ascii="Arial" w:hAnsi="Arial"/>
          <w:b/>
          <w:sz w:val="17"/>
        </w:rPr>
        <w:t>Nike, Beaverton, OR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Developed seasonal marketing plans across retail, membership, athlete partnerships, and owned channels, contributing $36M in incremental category revenue over three years.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Segmented 5.2M members, increasing repeat purchase 13% and campaign revenue per recipient 21%.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Coordinated global-to-local activation across 12 markets, improving campaign readiness 28% and achieving 92% adoption of core positioning and creative standards.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business cases for $7.8M in sponsorship and experiential investments, shifting funds toward programs that increased brand consideration 9 points among target consumers.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Partnered with Merchandising and Finance to align launch calendars, inventory, and demand forecasts, reducing stockouts 18% across three priority product releases.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an integrated planning cadence with retail and e-commerce leaders, resolving offer, inventory, and media conflicts before seasonal campaign production began.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Marketing Specialist</w:t>
      </w:r>
      <w:r>
        <w:rPr>
          <w:rFonts w:ascii="Arial" w:hAnsi="Arial"/>
          <w:color w:val="666666"/>
          <w:sz w:val="16"/>
        </w:rPr>
        <w:tab/>
        <w:t>Jul 2015 - Mar 2018</w:t>
        <w:br/>
      </w:r>
      <w:r>
        <w:rPr>
          <w:rFonts w:ascii="Arial" w:hAnsi="Arial"/>
          <w:b/>
          <w:sz w:val="17"/>
        </w:rPr>
        <w:t>Spotify, New York, NY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Executed 85 integrated subscriber campaigns across email, social, partnerships, and out-of-home, generating 640,000 trial starts at 12% below acquisition target.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artist partnership briefs that increased campaign engagement 32% and earned media reach 41%.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Standardized campaign intake for six regions, cutting approval cycles 34% and rework 22%.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weekly performance reporting across acquisition, engagement, and retention metrics, helping leaders redirect $1.4M toward higher-performing audience programs.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Developed an audience-testing library that converted campaign results into reusable guidance for creative briefs, channel selection, and regional planning.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Marketing strategy | Integrated campaign planning | Go-to-market strategy | Brand management | Customer segmentation | Market research | Positioning and messaging | Budget management | Campaign measurement | Product launches | Agency management | Team leadership | Cross-functional leadership | Sales enablement | Marketing operations | Forecasting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Professional Certified Marketer (PCM), Marketing Management | Google Analytics Certification | HubSpot Content Marketing Certification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Marketing, Northwestern University, Evanston, IL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Marketing Manager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