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GROWTH PRODUCT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Growth Product Manager with 8+ years of experience improving acquisition, activation, engagement, and monetization at Netflix, Spotify, and Duolingo. Builds rigorous experiment portfolios that create durable customer value and measurable revenue growth.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Growth Product Manager</w:t>
      </w:r>
      <w:r>
        <w:rPr>
          <w:rFonts w:ascii="Arial" w:hAnsi="Arial"/>
          <w:color w:val="666666"/>
          <w:sz w:val="16"/>
        </w:rPr>
        <w:tab/>
        <w:t>Jun 2021 - Present</w:t>
        <w:br/>
      </w:r>
      <w:r>
        <w:rPr>
          <w:rFonts w:ascii="Arial" w:hAnsi="Arial"/>
          <w:b/>
          <w:sz w:val="18"/>
        </w:rPr>
        <w:t>Netflix, Los Gatos,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Owned signup and plan-selection journeys across 18 markets, increasing paid conversion 14% and annualized revenue $96M while preserving trial quality.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an experimentation portfolio of 42 tests across pricing, messaging, and checkout, delivering a 31% cumulative lift in completed subscriptions across subsequent roadmap reviews.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Segmented cancellation intent and launched targeted save flows that reduced voluntary churn 7% without increasing support contacts for the next planning cycle.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Data Science to establish sample-ratio, novelty, and guardrail checks, reducing invalid experiment decisions 46% without weakening customer guardrails.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localization of payment recovery across nine markets, restoring 1.2M subscriptions and $38M in annual revenue through market-specific retry and messaging rules.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weekly growth reviews with shared metric definitions, cutting experiment decision time from 12 to seven days and clarifying accountable follow-up actions.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Growth Product Manager</w:t>
      </w:r>
      <w:r>
        <w:rPr>
          <w:rFonts w:ascii="Arial" w:hAnsi="Arial"/>
          <w:color w:val="666666"/>
          <w:sz w:val="16"/>
        </w:rPr>
        <w:tab/>
        <w:t>Apr 2018 - May 2021</w:t>
        <w:br/>
      </w:r>
      <w:r>
        <w:rPr>
          <w:rFonts w:ascii="Arial" w:hAnsi="Arial"/>
          <w:b/>
          <w:sz w:val="18"/>
        </w:rPr>
        <w:t>Spotify, New York, NY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Redesigned mobile activation around first-value actions, increasing seven-day listener retention 11% across 6.5M new users.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Launched referral loops in five markets that generated 820,000 incremental trials at 37% lower acquisition cost than paid channels across priority product workflows.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a lifecycle test framework across push and email, lifting reactivation 18% while reducing message volume 12% and protecting opt-out guardrails at scale.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Prioritized growth work by incremental impact and engineering cost, increasing quarterly experiment throughput from 18 to 31 tests with clear accountable follow-through.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Brand and Legal on referral safeguards, holding abuse below 0.4% while scaling the program to five markets.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Product Analyst</w:t>
      </w:r>
      <w:r>
        <w:rPr>
          <w:rFonts w:ascii="Arial" w:hAnsi="Arial"/>
          <w:color w:val="666666"/>
          <w:sz w:val="16"/>
        </w:rPr>
        <w:tab/>
        <w:t>Jul 2015 - Mar 2018</w:t>
        <w:br/>
      </w:r>
      <w:r>
        <w:rPr>
          <w:rFonts w:ascii="Arial" w:hAnsi="Arial"/>
          <w:b/>
          <w:sz w:val="18"/>
        </w:rPr>
        <w:t>Duolingo, Pittsburgh, PA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Analyzed lesson-completion cohorts and identified an early difficulty spike, informing a redesign that improved day-30 retention 9% across subsequent roadmap reviews.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SQL dashboards for acquisition, activation, streaks, and subscription conversion, giving weekly growth reviews consistent cohort and experiment evidence.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Designed and analyzed 26 experiments with power calculations and guardrails, shipping seven changes globally and documenting why the remaining tests stopped.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Segmented trial users by acquisition source and surfaced a cohort with 24% higher paid conversion for targeted onboarding.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Growth strategy | Experimentation | Funnel optimization | Activation | Retention | Monetization | Lifecycle product | Pricing | Segmentation | SQL | Amplitude | Looker | A/B testing | Cohort analysis | Growth models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B.A. in Economics, Duke University, Durham, NC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Reforge Growth Series | Amplitude Product Analytics Certification | SQL for Data Analysis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Growth Product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