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GROWTH MARKETING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Growth Marketing Manager with 9+ years of experience building acquisition, activation, lifecycle, referral, and expansion programs at Slack, Notion, and Dropbox. Uses experiment portfolios and cohort economics to create durable product-led growth.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Growth Marketing Manager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Slack,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Owned self-serve growth across acquisition, activation, and paid conversion, increasing annualized recurring revenue $48M while protecting retained workspace quality.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 36-test quarterly roadmap across onboarding, lifecycle, pricing pages, and in-product prompts, improving workspace activation 15% across priority customer segments.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Segmented team behavior by use case and size, increasing free-to-paid conversion 11% while reducing low-quality sales handoffs 18% in subsequent campaign planning.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Launched behavior-triggered email and in-product journeys that improved 90-day retained workspaces 8 points and reduced reliance on calendar-based campaigns.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incrementality and guardrail standards with Analytics, reducing inconclusive or invalid growth decisions 39%.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Aligned Growth, Product, and Sales on a shared experiment intake model, increasing completed high-confidence tests 44% year over year at scale.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Growth Marketing Manager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Notion,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Scaled template-led acquisition to 6.2M monthly organic visits and 720,000 registrations with a 24% first-value rate.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referral and creator programs that generated 1.1M incremental signups at 43% lower cost than paid acquisition.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Localized onboarding and lifecycle campaigns across nine markets, improving activated users 28% through market-specific use cases and message sequencing.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cohort LTV reporting by channel and use case, reallocating 26% of spend toward higher-retention acquisition.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Lifecycle Marketing Manager</w:t>
      </w:r>
      <w:r>
        <w:rPr>
          <w:rFonts w:ascii="Arial" w:hAnsi="Arial"/>
          <w:color w:val="666666"/>
          <w:sz w:val="16"/>
        </w:rPr>
        <w:tab/>
        <w:t>Jan 2018 - Apr 2019</w:t>
        <w:br/>
      </w:r>
      <w:r>
        <w:rPr>
          <w:rFonts w:ascii="Arial" w:hAnsi="Arial"/>
          <w:b/>
          <w:sz w:val="18"/>
        </w:rPr>
        <w:t>Dropbox,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trial onboarding that increased first-folder shares 17% and paid conversion 9% across 2.4M users, with holdouts protecting measurement quality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churn-risk journeys using storage and collaboration signals, reducing voluntary churn 6% and focusing interventions on recoverable behavior without increasing media spend.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Marketing Automation Specialist</w:t>
      </w:r>
      <w:r>
        <w:rPr>
          <w:rFonts w:ascii="Arial" w:hAnsi="Arial"/>
          <w:color w:val="666666"/>
          <w:sz w:val="16"/>
        </w:rPr>
        <w:tab/>
        <w:t>Aug 2016 - Dec 2017</w:t>
        <w:br/>
      </w:r>
      <w:r>
        <w:rPr>
          <w:rFonts w:ascii="Arial" w:hAnsi="Arial"/>
          <w:b/>
          <w:sz w:val="18"/>
        </w:rPr>
        <w:t>Dropbox,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Ran 29 email and in-product experiments with holdouts, generating 340,000 incremental retained users and documenting guardrail outcomes for reuse.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Standardized lifecycle event definitions with Product Analytics, increasing campaign eligibility accuracy to 97%.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Growth strategy | Lifecycle marketing | Product-led growth | Experimentation | Activation | Retention | Referral programs | Segmentation | Marketing automation | Braze | Amplitude | SQL | Cohort analysis | LTV | Conversion optimization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B.B.A. in Marketing, University of Michigan, Ann Arbor, MI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Reforge Growth Series | Braze Certified Marketer | Amplitude Product Analytics Certification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Growth Marketing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