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FULL STACK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Full Stack Developer with 8+ years of experience shipping React, Node.js, API, and database systems at Microsoft, Notion, and HubSpot. Owns features from user workflow through production operations, improving adoption, performance, and release speed.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React | TypeScript | Node.js | JavaScript | Next.js | GraphQL | REST APIs | PostgreSQL | Redis | AWS | Docker | Jest | Playwright | CI/CD | Observability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Full Stack Developer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end-to-end delivery of a Teams workflow builder used by 1.1M monthly users, increasing completed automations 27%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React and TypeScript interfaces plus Node.js APIs, reducing median workflow creation time from 11 to 7 minutes across subsequent production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Reworked PostgreSQL queries, caching, and pagination to cut p95 dashboard load time 48% across 80M records.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contract, integration, and browser tests that reduced escaped defects 34% while supporting weekly releases without customer-facing service disruption.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telemetry and alerting across frontend and backend services, cutting issue-diagnosis time 41%.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technical planning for three product teams, increasing sprint goal completion from 78% to 92% over two quarters.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Full Stack Developer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Notion,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collaborative database views with React, GraphQL, and Node.js, increasing weekly active use 22% among team accounts for the primary on-call rotation.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optimistic updates and offline recovery that reduced perceived save latency 55% and sync-related tickets 29%.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Split a monolithic service into three bounded modules, improving deploy frequency 38% without increasing incidents.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to create reusable interaction patterns adopted across 17 product surfaces.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role-based authorization and audit history for enterprise workspaces, supporting 14 regulated customer launches.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Web Developer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HubSpot, Cambridge,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campaign reporting workflows that increased dashboard adoption 31% across 24,000 customer accounts.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REST endpoints and background jobs processing 18M daily email events with 99.95% successful completion.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initial JavaScript bundle size 32% through dependency removal and route-based loading.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database migration checks and release automation, reducing failed production deployments 27%.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B.A.Sc. in Software Engineering, University of Waterloo, Waterloo, 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AWS Certified Developer - Associate | Meta Full-Stack Engineer Certificate | MongoDB Developer Path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Full Stack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