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FRONTEND DEVELOPER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Frontend Developer with 8+ years of experience building accessible, high-performance React and TypeScript products at Meta, Shopify, and Airbnb. Turns complex product requirements into reliable interfaces that improve conversion, engagement, and engineering velocity.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React | TypeScript | JavaScript | HTML | CSS | Next.js | GraphQL | Accessibility | Web performance | Design systems | Jest | Playwright | Storybook | Webpack | Git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Frontend Developer</w:t>
      </w:r>
      <w:r>
        <w:rPr>
          <w:rFonts w:ascii="Arial" w:hAnsi="Arial"/>
          <w:color w:val="666666"/>
          <w:sz w:val="16"/>
        </w:rPr>
        <w:tab/>
        <w:t>Jun 2021 - Present</w:t>
        <w:br/>
      </w:r>
      <w:r>
        <w:rPr>
          <w:rFonts w:ascii="Arial" w:hAnsi="Arial"/>
          <w:b/>
          <w:sz w:val="18"/>
        </w:rPr>
        <w:t>Meta, Menlo Park,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React and TypeScript architecture for a creator analytics suite used by 3.4M monthly users, reducing interaction latency 37% under sustained production load.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 shared component system with 68 accessible primitives, increasing UI reuse 44% and cutting feature delivery time 26% across seven teams in production.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Reduced Largest Contentful Paint from 3.1s to 1.7s through route splitting, image optimization, and server rendering, lifting task completion 8% in production.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Raised automated coverage from 62% to 88% with unit, integration, and Playwright tests, reducing escaped frontend defects 31% across subsequent production releases.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Design and Accessibility teams to meet WCAG 2.2 AA across 24 workflows and resolve 93% of audit findings.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client-side error monitoring and source-map triage, cutting median production diagnosis time from 52 to 21 minutes without customer-facing service disruption.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Set accessibility release criteria and paired with Design on remediation, raising audited WCAG conformance from 82% to 98% for the primary on-call rotation.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Frontend Developer</w:t>
      </w:r>
      <w:r>
        <w:rPr>
          <w:rFonts w:ascii="Arial" w:hAnsi="Arial"/>
          <w:color w:val="666666"/>
          <w:sz w:val="16"/>
        </w:rPr>
        <w:tab/>
        <w:t>Apr 2018 - May 2021</w:t>
        <w:br/>
      </w:r>
      <w:r>
        <w:rPr>
          <w:rFonts w:ascii="Arial" w:hAnsi="Arial"/>
          <w:b/>
          <w:sz w:val="18"/>
        </w:rPr>
        <w:t>Shopify, Ottawa, Canada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Rebuilt checkout extensions in React, improving merchant configuration completion 19% across 48,000 stores.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performance budgets and CI checks that reduced median JavaScript payload 34% and prevented 21 regressions before release across critical service paths.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GraphQL caching and optimistic updates that cut perceived inventory-edit time 46%.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Mentored six engineers and introduced frontend design reviews, lowering rework 23% over four quarters.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Worked with Product Analytics to standardize event schemas, raising trusted funnel coverage from 73% to 96%.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Added client-side observability for navigation, API, and rendering failures, reducing median diagnosis time from 74 to 31 minutes under sustained production load.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UI Engineer</w:t>
      </w:r>
      <w:r>
        <w:rPr>
          <w:rFonts w:ascii="Arial" w:hAnsi="Arial"/>
          <w:color w:val="666666"/>
          <w:sz w:val="16"/>
        </w:rPr>
        <w:tab/>
        <w:t>Jul 2015 - Mar 2018</w:t>
        <w:br/>
      </w:r>
      <w:r>
        <w:rPr>
          <w:rFonts w:ascii="Arial" w:hAnsi="Arial"/>
          <w:b/>
          <w:sz w:val="18"/>
        </w:rPr>
        <w:t>Airbnb,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responsive booking flows across web breakpoints, increasing mobile reservation completion 11%.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Migrated 35 legacy views to reusable React components while maintaining experiment and analytics instrumentation.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Implemented localization and bidirectional-layout support for 12 languages, reducing launch defects 29%.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Added visual-regression coverage for 140 responsive states, catching 38 layout defects before customer release.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Computer Science, University of Washington, Seattle, WA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Meta Front-End Developer Professional Certificate | Google UX Design Foundations | IAAP Web Accessibility Fundamentals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Frontend Developer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