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DATA ANALYST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Data Analyst with 7+ years of experience translating product, customer, and operational data into decisions at Google, Uber, and Airbnb. Builds trusted SQL models and dashboards that improve conversion, retention, forecasting, and executive planning.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SQL | BigQuery | Python | Excel | Looker | Tableau | Data modeling | Experiment analysis | Cohort analysis | Forecasting | Data quality | Statistics | Stakeholder communication | Metric design | ETL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Data Analyst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Google, Mountain View,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BigQuery funnel models across 240M monthly search sessions, identifying onboarding friction that improved activation 12% after launch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18 Looker dashboards with governed metric definitions, reducing conflicting weekly reports 63% across Product and Marketing for executive operating decisions.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Analyzed experiment results with statistical guardrails and recommended 11 launches that generated an estimated $28M in annualized revenue across governed reporting workflows.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Automated quality checks across 46 tables, saving 320 analyst hours per quarter and raising freshness SLA attainment to 98% for dependable weekly reporting.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Segmented churn across seven markets, informing lifecycle changes that improved 90-day retention 6 points.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an analysis-review rubric for assumptions, uncertainty, and reproducibility, reducing material revisions in executive readouts 36% in subsequent planning cycles.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Data Analyst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Uber,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SQL supply-and-demand forecasts for 32 cities, reducing peak-hour rider wait times 9% while maintaining driver utilization for regional operating teams.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Reconciled finance and marketplace definitions for gross bookings, eliminating a 4.7% variance in monthly operating reviews.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cohort reporting for driver onboarding that revealed a 17% document-dropoff rate and guided a flow redesign that recovered 38,000 applicants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Evaluated incentive pilots with Operations, reallocating $6.4M toward programs with 22% higher incremental trip lift and clear metric ownership across regional programs.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Published a metric dictionary with accountable owners for 64 marketplace measures, cutting recurring definition disputes by half with documented metric ownership.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Business Data Analyst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8"/>
        </w:rPr>
        <w:t>Airbnb,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Developed Tableau market-health scorecards for 120 destinations, shortening weekly performance reviews from two days to three hours for executive operating decisions.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Analyzed booking cancellations by property, policy, and lead time, shaping host guidance that reduced avoidable cancellations 8% across governed reporting workflows.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Standardized event tracking for 14 guest workflows, increasing trusted analytics coverage from 69% to 94%.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Prepared executive analyses connecting search availability to conversion, influencing inventory investments in 18 constrained markets in subsequent planning cycles.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 reusable analytical intake process that clarified the decision, population, metric, and delivery deadline before work entered the team queue.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Statistics, University of California, Berkeley, Berkeley, CA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Google Data Analytics Professional Certificate | Tableau Desktop Specialist | Microsoft Power BI Data Analyst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Data Analyst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