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CUSTOMER SUCCESS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Customer Success Manager with 9+ years guiding enterprise SaaS customers from implementation through renewal and expansion. Builds executive success plans, adoption programs, and risk systems that improve retention while preserving trusted customer relationships.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Customer Success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9"/>
        </w:rPr>
        <w:t>Datadog, New York, NY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Managed a $24M enterprise book of business across 38 accounts, sustaining 96% gross retention and 118% net revenue retention.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mutual success plans with executive sponsors, increasing customers reaching first-value milestones within 60 days from 68% to 91%.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a product-adoption health model using usage, support, and stakeholder signals, identifying 84% of renewal risks two quarters early.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Led recovery plans for nine at-risk accounts, protecting $3.8M in annual recurring revenue and rebuilding executive sponsorship.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Coached four CSMs on discovery, value reviews, and commercial handoffs, raising team expansion pipeline 27% year over year.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Customer Success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9"/>
        </w:rPr>
        <w:t>HubSpot, Cambridge, MA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Owned onboarding and adoption for 74 mid-market customers, reducing median implementation time from 52 to 37 days.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Ran quarterly business reviews tied to pipeline and service goals, generating $2.6M in qualified expansion opportunities.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Support and Product on recurring workflow gaps, reducing preventable escalations 31% across the segment.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Standardized renewal forecasting and next-step criteria, improving 90-day forecast accuracy from 79% to 93%.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role-based administrator training that increased adoption of three underused automation features by 24%.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Customer Success Associate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9"/>
        </w:rPr>
        <w:t>Zendesk,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Supported 110 SMB customers with adoption reviews and enablement, increasing active-agent utilization 22%.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reusable onboarding workshops and administrator guides that reduced repetitive setup questions 35%.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Tracked customer commitments and product blockers in Salesforce, improving follow-through on time-sensitive renewal actions.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Customer onboarding | Renewal management | Expansion strategy | Success planning | Executive business reviews | Health scoring | Churn prevention | Product adoption | Voice of customer | Salesforce | Gainsight | SaaS metrics | Stakeholder management | Forecasting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Economics, University of California, Davis, Davis, CA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Gainsight Certified Customer Success Manager | Practical CSM Professional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Customer Success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