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CONTENT MARKETING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Content Marketing Manager with 9+ years of experience building audience-led editorial programs at HubSpot, Canva, and Atlassian. Turns customer research, search demand, and product expertise into content that grows qualified pipeline, organic acquisition, and brand authority.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Content Marketing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HubSpot, Cambridge, MA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editorial strategy across six B2B topic clusters, increasing non-brand organic sessions 58% and sourced pipeline $24M year over year.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customer-interview and SME workflows for 140 annual assets, raising first-draft approval from 62% to 87%.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Refreshed 180 declining articles using intent, SERP, and conversion data, recovering 1.6M annual visits and 19,000 leads across priority customer segments.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research reports with PR and Sales, earning 1,240 referring domains and influencing 86 enterprise opportunities in subsequent campaign planning.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content-to-revenue dashboards in GA4, HubSpot, and Looker, reallocating 22% of budget toward higher-converting formats without increasing media spend.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Content Marketing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Canva, Sydney, Australia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localized content programs across eight markets, increasing organic new-user registrations 34%.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template-led landing pages tied to design jobs, generating 4.8M monthly visits with a 12% activation rate.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seven writers and three agencies with briefs, quality rubrics, and calendars that improved on-time delivery to 96% across the annual portfolio.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Product Marketing on launch narratives for 11 features, producing $9.2M in content-influenced annual revenue with documented measurement ownership.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Content Strategist</w:t>
      </w:r>
      <w:r>
        <w:rPr>
          <w:rFonts w:ascii="Arial" w:hAnsi="Arial"/>
          <w:color w:val="666666"/>
          <w:sz w:val="16"/>
        </w:rPr>
        <w:tab/>
        <w:t>Jan 2018 - Apr 2019</w:t>
        <w:br/>
      </w:r>
      <w:r>
        <w:rPr>
          <w:rFonts w:ascii="Arial" w:hAnsi="Arial"/>
          <w:b/>
          <w:sz w:val="18"/>
        </w:rPr>
        <w:t>Atlassian,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Developed agile and teamwork pillar content that grew newsletter subscribers from 84,000 to 310,000.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Mapped content journeys for Jira evaluators, improving trial-to-demo conversion 17%.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Content Strategist</w:t>
      </w:r>
      <w:r>
        <w:rPr>
          <w:rFonts w:ascii="Arial" w:hAnsi="Arial"/>
          <w:color w:val="666666"/>
          <w:sz w:val="16"/>
        </w:rPr>
        <w:tab/>
        <w:t>Aug 2016 - Dec 2017</w:t>
        <w:br/>
      </w:r>
      <w:r>
        <w:rPr>
          <w:rFonts w:ascii="Arial" w:hAnsi="Arial"/>
          <w:b/>
          <w:sz w:val="18"/>
        </w:rPr>
        <w:t>Atlassian,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editorial governance and voice standards across five product teams, reducing revision cycles 28%.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Repurposed webinars into articles, sales assets, and nurture sequences, increasing campaign reach 41% at unchanged production cost across priority customer segments.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Content strategy | Editorial planning | SEO | Audience research | Thought leadership | Content operations | GA4 | HubSpot | Ahrefs | Looker | Conversion optimization | Distribution | Lifecycle content | Agency management | Content attribution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Communications, Syracuse University, Syracuse, NY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HubSpot Content Marketing Certification | Google Analytics Certification | Semrush Content Marketing Toolkit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Content Marketing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